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674"/>
        <w:gridCol w:w="2659"/>
        <w:gridCol w:w="2659"/>
      </w:tblGrid>
      <w:tr w:rsidR="0045059E" w:rsidRPr="0045059E" w14:paraId="45FE4686" w14:textId="77777777" w:rsidTr="00E7020C">
        <w:tc>
          <w:tcPr>
            <w:tcW w:w="2698" w:type="dxa"/>
          </w:tcPr>
          <w:p w14:paraId="3599CAFA" w14:textId="77777777" w:rsidR="0045059E" w:rsidRPr="0045059E" w:rsidRDefault="0045059E" w:rsidP="008B791D">
            <w:pPr>
              <w:spacing w:after="60"/>
              <w:rPr>
                <w:rFonts w:ascii="Calibri" w:hAnsi="Calibri" w:cs="Calibri"/>
                <w:sz w:val="16"/>
                <w:szCs w:val="16"/>
              </w:rPr>
            </w:pP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553534F8" wp14:editId="753E035B">
                  <wp:extent cx="1440000" cy="223448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880625514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23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59E">
              <w:rPr>
                <w:rFonts w:ascii="Calibri" w:hAnsi="Calibri" w:cs="Calibri"/>
                <w:sz w:val="16"/>
                <w:szCs w:val="16"/>
              </w:rPr>
              <w:t>Einaudi - 9788806255145 - 16,50 € - Niccolò Ammaniti - Il custode</w:t>
            </w:r>
          </w:p>
        </w:tc>
        <w:tc>
          <w:tcPr>
            <w:tcW w:w="2698" w:type="dxa"/>
          </w:tcPr>
          <w:p w14:paraId="680CA2FF" w14:textId="77777777" w:rsidR="0045059E" w:rsidRPr="0045059E" w:rsidRDefault="0045059E" w:rsidP="008B791D">
            <w:pPr>
              <w:spacing w:after="60"/>
              <w:rPr>
                <w:rFonts w:ascii="Calibri" w:hAnsi="Calibri" w:cs="Calibri"/>
                <w:sz w:val="16"/>
                <w:szCs w:val="16"/>
                <w:lang w:val="it-IT"/>
              </w:rPr>
            </w:pP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67139E29" wp14:editId="76A77E82">
                  <wp:extent cx="1440000" cy="214137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880476164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14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t xml:space="preserve">Mondadori - 9788804761648 - 20,00 € - Luciana Littizzetto - Il tempo </w:t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t>del la</w:t>
            </w:r>
            <w:proofErr w:type="spellEnd"/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t>la</w:t>
            </w:r>
            <w:proofErr w:type="spellEnd"/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t>la</w:t>
            </w:r>
            <w:proofErr w:type="spellEnd"/>
          </w:p>
        </w:tc>
        <w:tc>
          <w:tcPr>
            <w:tcW w:w="2698" w:type="dxa"/>
          </w:tcPr>
          <w:p w14:paraId="47D60A18" w14:textId="77777777" w:rsidR="0045059E" w:rsidRPr="0045059E" w:rsidRDefault="0045059E" w:rsidP="008B791D">
            <w:pPr>
              <w:spacing w:after="60"/>
              <w:rPr>
                <w:rFonts w:ascii="Calibri" w:hAnsi="Calibri" w:cs="Calibri"/>
                <w:sz w:val="16"/>
                <w:szCs w:val="16"/>
              </w:rPr>
            </w:pP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12AD257C" wp14:editId="1783BB06">
                  <wp:extent cx="1440000" cy="221275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881719844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212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59E">
              <w:rPr>
                <w:rFonts w:ascii="Calibri" w:hAnsi="Calibri" w:cs="Calibri"/>
                <w:sz w:val="16"/>
                <w:szCs w:val="16"/>
              </w:rPr>
              <w:t xml:space="preserve">Rizzoli - 9788817198448 - 17,00 € - Stefania Andreoli - </w:t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</w:rPr>
              <w:t>Un'ottima</w:t>
            </w:r>
            <w:proofErr w:type="spellEnd"/>
            <w:r w:rsidRPr="0045059E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</w:rPr>
              <w:t>famiglia</w:t>
            </w:r>
            <w:proofErr w:type="spellEnd"/>
          </w:p>
        </w:tc>
        <w:tc>
          <w:tcPr>
            <w:tcW w:w="2698" w:type="dxa"/>
          </w:tcPr>
          <w:p w14:paraId="794E256A" w14:textId="77777777" w:rsidR="0045059E" w:rsidRPr="0045059E" w:rsidRDefault="0045059E" w:rsidP="008B791D">
            <w:pPr>
              <w:spacing w:after="60"/>
              <w:rPr>
                <w:rFonts w:ascii="Calibri" w:hAnsi="Calibri" w:cs="Calibri"/>
                <w:sz w:val="16"/>
                <w:szCs w:val="16"/>
              </w:rPr>
            </w:pP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33AA98C4" wp14:editId="32B36AE6">
                  <wp:extent cx="1440000" cy="220415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880480613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20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t xml:space="preserve">Mondadori - 9788804806134 - 14,50 € - Gianrico Carofiglio - Accendere i fuochi. </w:t>
            </w:r>
            <w:r w:rsidRPr="0045059E">
              <w:rPr>
                <w:rFonts w:ascii="Calibri" w:hAnsi="Calibri" w:cs="Calibri"/>
                <w:sz w:val="16"/>
                <w:szCs w:val="16"/>
              </w:rPr>
              <w:t xml:space="preserve">Manuale di lotta e </w:t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</w:rPr>
              <w:t>gentilezza</w:t>
            </w:r>
            <w:proofErr w:type="spellEnd"/>
          </w:p>
        </w:tc>
      </w:tr>
      <w:tr w:rsidR="0045059E" w:rsidRPr="0045059E" w14:paraId="4B4FF455" w14:textId="77777777" w:rsidTr="00E7020C">
        <w:tc>
          <w:tcPr>
            <w:tcW w:w="2698" w:type="dxa"/>
          </w:tcPr>
          <w:p w14:paraId="46E455A0" w14:textId="77777777" w:rsidR="0045059E" w:rsidRPr="0045059E" w:rsidRDefault="0045059E" w:rsidP="008B791D">
            <w:pPr>
              <w:spacing w:after="60"/>
              <w:rPr>
                <w:rFonts w:ascii="Calibri" w:hAnsi="Calibri" w:cs="Calibri"/>
                <w:sz w:val="16"/>
                <w:szCs w:val="16"/>
              </w:rPr>
            </w:pP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2818CF46" wp14:editId="5AD4827A">
                  <wp:extent cx="1440000" cy="171403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880481750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71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59E">
              <w:rPr>
                <w:rFonts w:ascii="Calibri" w:hAnsi="Calibri" w:cs="Calibri"/>
                <w:sz w:val="16"/>
                <w:szCs w:val="16"/>
              </w:rPr>
              <w:t xml:space="preserve">Mondadori - 9788804817505 - 9,90 € - Vari - Kpop Demon Hunters. </w:t>
            </w:r>
            <w:proofErr w:type="gramStart"/>
            <w:r w:rsidRPr="0045059E">
              <w:rPr>
                <w:rFonts w:ascii="Calibri" w:hAnsi="Calibri" w:cs="Calibri"/>
                <w:sz w:val="16"/>
                <w:szCs w:val="16"/>
              </w:rPr>
              <w:t>Per i</w:t>
            </w:r>
            <w:proofErr w:type="gramEnd"/>
            <w:r w:rsidRPr="0045059E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gramStart"/>
            <w:r w:rsidRPr="0045059E">
              <w:rPr>
                <w:rFonts w:ascii="Calibri" w:hAnsi="Calibri" w:cs="Calibri"/>
                <w:sz w:val="16"/>
                <w:szCs w:val="16"/>
              </w:rPr>
              <w:t>fan</w:t>
            </w:r>
            <w:proofErr w:type="gramEnd"/>
            <w:r w:rsidRPr="0045059E">
              <w:rPr>
                <w:rFonts w:ascii="Calibri" w:hAnsi="Calibri" w:cs="Calibri"/>
                <w:sz w:val="16"/>
                <w:szCs w:val="16"/>
              </w:rPr>
              <w:t xml:space="preserve">! Libro </w:t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698" w:type="dxa"/>
          </w:tcPr>
          <w:p w14:paraId="40B5B7E3" w14:textId="77777777" w:rsidR="0045059E" w:rsidRPr="0045059E" w:rsidRDefault="0045059E" w:rsidP="008B791D">
            <w:pPr>
              <w:spacing w:after="60"/>
              <w:rPr>
                <w:rFonts w:ascii="Calibri" w:hAnsi="Calibri" w:cs="Calibri"/>
                <w:sz w:val="16"/>
                <w:szCs w:val="16"/>
                <w:lang w:val="it-IT"/>
              </w:rPr>
            </w:pP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259E5831" wp14:editId="46AA096C">
                  <wp:extent cx="1440000" cy="225134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880626865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251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t>Einaudi - 9788806268657 - 20,00 € - Enrico Galiano - Il cuore non va a dormire</w:t>
            </w:r>
          </w:p>
        </w:tc>
        <w:tc>
          <w:tcPr>
            <w:tcW w:w="2698" w:type="dxa"/>
          </w:tcPr>
          <w:p w14:paraId="165C545D" w14:textId="77777777" w:rsidR="0045059E" w:rsidRPr="0045059E" w:rsidRDefault="0045059E" w:rsidP="008B791D">
            <w:pPr>
              <w:spacing w:after="60"/>
              <w:rPr>
                <w:rFonts w:ascii="Calibri" w:hAnsi="Calibri" w:cs="Calibri"/>
                <w:sz w:val="16"/>
                <w:szCs w:val="16"/>
              </w:rPr>
            </w:pP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043841DD" wp14:editId="7D4375A7">
                  <wp:extent cx="1440000" cy="20131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880477647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01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t xml:space="preserve">Mondadori - 9788804776475 - 22,00 € - Federico Rampini - Pane e cannoni. </w:t>
            </w:r>
            <w:r w:rsidRPr="0045059E">
              <w:rPr>
                <w:rFonts w:ascii="Calibri" w:hAnsi="Calibri" w:cs="Calibri"/>
                <w:sz w:val="16"/>
                <w:szCs w:val="16"/>
              </w:rPr>
              <w:t xml:space="preserve">Un mondo in guerra e le sue </w:t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</w:rPr>
              <w:t>nuove</w:t>
            </w:r>
            <w:proofErr w:type="spellEnd"/>
            <w:r w:rsidRPr="0045059E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</w:rPr>
              <w:t>regole</w:t>
            </w:r>
            <w:proofErr w:type="spellEnd"/>
          </w:p>
        </w:tc>
        <w:tc>
          <w:tcPr>
            <w:tcW w:w="2698" w:type="dxa"/>
          </w:tcPr>
          <w:p w14:paraId="6F1D1F8A" w14:textId="77777777" w:rsidR="0045059E" w:rsidRPr="0045059E" w:rsidRDefault="0045059E" w:rsidP="008B791D">
            <w:pPr>
              <w:spacing w:after="60"/>
              <w:rPr>
                <w:rFonts w:ascii="Calibri" w:hAnsi="Calibri" w:cs="Calibri"/>
                <w:sz w:val="16"/>
                <w:szCs w:val="16"/>
              </w:rPr>
            </w:pP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2005749E" wp14:editId="0C578913">
                  <wp:extent cx="1440000" cy="212238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880481748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12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59E">
              <w:rPr>
                <w:rFonts w:ascii="Calibri" w:hAnsi="Calibri" w:cs="Calibri"/>
                <w:sz w:val="16"/>
                <w:szCs w:val="16"/>
              </w:rPr>
              <w:t xml:space="preserve">Mondadori - 9788804817482 - 14,90 € - Jessica Yoon - KPop Demon Hunters. Il romanzo deluxe per </w:t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</w:rPr>
              <w:t>ragazzi</w:t>
            </w:r>
            <w:proofErr w:type="spellEnd"/>
            <w:r w:rsidRPr="0045059E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</w:rPr>
              <w:t>ufficiale</w:t>
            </w:r>
            <w:proofErr w:type="spellEnd"/>
          </w:p>
        </w:tc>
      </w:tr>
      <w:tr w:rsidR="0045059E" w:rsidRPr="0045059E" w14:paraId="00ABB520" w14:textId="77777777" w:rsidTr="00E7020C">
        <w:tc>
          <w:tcPr>
            <w:tcW w:w="2698" w:type="dxa"/>
          </w:tcPr>
          <w:p w14:paraId="555D3CD1" w14:textId="77777777" w:rsidR="0045059E" w:rsidRPr="0045059E" w:rsidRDefault="0045059E" w:rsidP="008B791D">
            <w:pPr>
              <w:spacing w:after="60"/>
              <w:rPr>
                <w:rFonts w:ascii="Calibri" w:hAnsi="Calibri" w:cs="Calibri"/>
                <w:sz w:val="16"/>
                <w:szCs w:val="16"/>
                <w:lang w:val="it-IT"/>
              </w:rPr>
            </w:pP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15324FCF" wp14:editId="462C6AA0">
                  <wp:extent cx="1440000" cy="225134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880625619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251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t>Einaudi - 9788806256197 - 19,00 € - Maurizio de Giovanni - Figli per i Bastardi di Pizzofalcone</w:t>
            </w:r>
          </w:p>
        </w:tc>
        <w:tc>
          <w:tcPr>
            <w:tcW w:w="2698" w:type="dxa"/>
          </w:tcPr>
          <w:p w14:paraId="74F2F2E4" w14:textId="77777777" w:rsidR="0045059E" w:rsidRPr="0045059E" w:rsidRDefault="0045059E" w:rsidP="008B791D">
            <w:pPr>
              <w:pStyle w:val="NormaleWeb"/>
              <w:rPr>
                <w:rFonts w:ascii="Calibri" w:hAnsi="Calibri" w:cs="Calibri"/>
                <w:sz w:val="16"/>
                <w:szCs w:val="16"/>
              </w:rPr>
            </w:pPr>
            <w:r w:rsidRPr="0045059E">
              <w:rPr>
                <w:noProof/>
                <w:sz w:val="16"/>
                <w:szCs w:val="16"/>
              </w:rPr>
              <w:drawing>
                <wp:inline distT="0" distB="0" distL="0" distR="0" wp14:anchorId="31035F55" wp14:editId="696D063C">
                  <wp:extent cx="1490558" cy="2107436"/>
                  <wp:effectExtent l="0" t="0" r="0" b="7620"/>
                  <wp:docPr id="44205670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154" cy="214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059E">
              <w:rPr>
                <w:rFonts w:ascii="Calibri" w:hAnsi="Calibri" w:cs="Calibri"/>
                <w:sz w:val="16"/>
                <w:szCs w:val="16"/>
              </w:rPr>
              <w:t>Piemme - 9791223853726 - 11,50 € - Geronimo Stilton - Doppio Stilton 1+1 2026</w:t>
            </w:r>
          </w:p>
        </w:tc>
        <w:tc>
          <w:tcPr>
            <w:tcW w:w="2698" w:type="dxa"/>
          </w:tcPr>
          <w:p w14:paraId="275D1448" w14:textId="77777777" w:rsidR="0045059E" w:rsidRPr="0045059E" w:rsidRDefault="0045059E" w:rsidP="008B791D">
            <w:pPr>
              <w:spacing w:after="60"/>
              <w:rPr>
                <w:rFonts w:ascii="Calibri" w:hAnsi="Calibri" w:cs="Calibri"/>
                <w:sz w:val="16"/>
                <w:szCs w:val="16"/>
              </w:rPr>
            </w:pP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16951B25" wp14:editId="713F0AC4">
                  <wp:extent cx="1440000" cy="213313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8804817529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13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59E">
              <w:rPr>
                <w:rFonts w:ascii="Calibri" w:hAnsi="Calibri" w:cs="Calibri"/>
                <w:sz w:val="16"/>
                <w:szCs w:val="16"/>
              </w:rPr>
              <w:t xml:space="preserve">Mondadori - 9788804817529 - 14,90 € - AA.VV. - KPop Demon Hunters. My golden journal. Libro </w:t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698" w:type="dxa"/>
          </w:tcPr>
          <w:p w14:paraId="38DFE6F2" w14:textId="77777777" w:rsidR="0045059E" w:rsidRPr="0045059E" w:rsidRDefault="0045059E" w:rsidP="008B791D">
            <w:pPr>
              <w:spacing w:after="60"/>
              <w:rPr>
                <w:rFonts w:ascii="Calibri" w:hAnsi="Calibri" w:cs="Calibri"/>
                <w:sz w:val="16"/>
                <w:szCs w:val="16"/>
              </w:rPr>
            </w:pP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1A8D077A" wp14:editId="2F6499FB">
                  <wp:extent cx="1440000" cy="203373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880481751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03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59E">
              <w:rPr>
                <w:rFonts w:ascii="Calibri" w:hAnsi="Calibri" w:cs="Calibri"/>
                <w:sz w:val="16"/>
                <w:szCs w:val="16"/>
              </w:rPr>
              <w:t xml:space="preserve">Mondadori - 9788804817512 - 12,90 € - Vari - Kpop Demon Hunters. Il </w:t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</w:rPr>
              <w:t>libro</w:t>
            </w:r>
            <w:proofErr w:type="spellEnd"/>
            <w:r w:rsidRPr="0045059E">
              <w:rPr>
                <w:rFonts w:ascii="Calibri" w:hAnsi="Calibri" w:cs="Calibri"/>
                <w:sz w:val="16"/>
                <w:szCs w:val="16"/>
              </w:rPr>
              <w:t xml:space="preserve"> poster </w:t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</w:rPr>
              <w:t>ufficiale</w:t>
            </w:r>
            <w:proofErr w:type="spellEnd"/>
          </w:p>
        </w:tc>
      </w:tr>
      <w:tr w:rsidR="0045059E" w:rsidRPr="0045059E" w14:paraId="0E9DA743" w14:textId="77777777" w:rsidTr="00E7020C">
        <w:tc>
          <w:tcPr>
            <w:tcW w:w="2698" w:type="dxa"/>
          </w:tcPr>
          <w:p w14:paraId="56502C9E" w14:textId="3CE3ACB0" w:rsidR="0045059E" w:rsidRPr="0045059E" w:rsidRDefault="0045059E" w:rsidP="008B791D">
            <w:pPr>
              <w:spacing w:after="60"/>
              <w:rPr>
                <w:rFonts w:ascii="Calibri" w:hAnsi="Calibri" w:cs="Calibri"/>
                <w:sz w:val="16"/>
                <w:szCs w:val="16"/>
              </w:rPr>
            </w:pP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lastRenderedPageBreak/>
              <w:drawing>
                <wp:inline distT="0" distB="0" distL="0" distR="0" wp14:anchorId="4173F0AD" wp14:editId="17E4E30F">
                  <wp:extent cx="1440000" cy="214656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91221221015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14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t>De Agostini - 9791221221015 - 15,90 € - Michela Ponzani - Giovani, liberi, partigiani. Storie di ragazze e ragazzi in lotta per un turo migliore</w:t>
            </w:r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br/>
            </w: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42E7717E" wp14:editId="43F9CDB5">
                  <wp:extent cx="1440000" cy="156895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8851186302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56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t xml:space="preserve">De Agostini - 9788851186302 - 15,90 € - Alberto Pellai - Io gomitolo, tu filo. </w:t>
            </w:r>
            <w:r w:rsidRPr="0045059E">
              <w:rPr>
                <w:rFonts w:ascii="Calibri" w:hAnsi="Calibri" w:cs="Calibri"/>
                <w:sz w:val="16"/>
                <w:szCs w:val="16"/>
              </w:rPr>
              <w:t xml:space="preserve">Ediz. a </w:t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</w:rPr>
              <w:t>colori</w:t>
            </w:r>
            <w:proofErr w:type="spellEnd"/>
            <w:r w:rsidRPr="0045059E">
              <w:rPr>
                <w:rFonts w:ascii="Calibri" w:hAnsi="Calibri" w:cs="Calibri"/>
                <w:sz w:val="16"/>
                <w:szCs w:val="16"/>
              </w:rPr>
              <w:br/>
            </w:r>
          </w:p>
        </w:tc>
        <w:tc>
          <w:tcPr>
            <w:tcW w:w="2698" w:type="dxa"/>
          </w:tcPr>
          <w:p w14:paraId="5CCC98BE" w14:textId="77777777" w:rsidR="0045059E" w:rsidRPr="0045059E" w:rsidRDefault="0045059E" w:rsidP="008B791D">
            <w:pPr>
              <w:spacing w:after="60"/>
              <w:rPr>
                <w:rFonts w:ascii="Calibri" w:hAnsi="Calibri" w:cs="Calibri"/>
                <w:sz w:val="16"/>
                <w:szCs w:val="16"/>
              </w:rPr>
            </w:pP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2DCDBFFE" wp14:editId="494B3A3B">
                  <wp:extent cx="1440000" cy="2227164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8855443876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22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t>Sperling &amp; Kupfer - 9788855443876 - 18,00 € - Danielle Steel - L'amore di una madre</w:t>
            </w: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br/>
            </w: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6605C3CC" wp14:editId="06354533">
                  <wp:extent cx="1440000" cy="220567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8855441858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20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t xml:space="preserve">Sperling &amp; Kupfer - 9788855441858 - 15,00 € - Stefania S. - Anime elettriche. </w:t>
            </w:r>
            <w:r w:rsidRPr="0045059E">
              <w:rPr>
                <w:rFonts w:ascii="Calibri" w:hAnsi="Calibri" w:cs="Calibri"/>
                <w:sz w:val="16"/>
                <w:szCs w:val="16"/>
              </w:rPr>
              <w:t>Love me love me. Vol. 2</w:t>
            </w:r>
          </w:p>
        </w:tc>
        <w:tc>
          <w:tcPr>
            <w:tcW w:w="2698" w:type="dxa"/>
          </w:tcPr>
          <w:p w14:paraId="300C932E" w14:textId="6335E5F7" w:rsidR="0045059E" w:rsidRPr="0045059E" w:rsidRDefault="0045059E" w:rsidP="008B791D">
            <w:pPr>
              <w:spacing w:after="60"/>
              <w:rPr>
                <w:rFonts w:ascii="Calibri" w:hAnsi="Calibri" w:cs="Calibri"/>
                <w:sz w:val="16"/>
                <w:szCs w:val="16"/>
              </w:rPr>
            </w:pP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44AC7212" wp14:editId="26A0ED63">
                  <wp:extent cx="1440000" cy="224328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8855441865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243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t>Sperling &amp; Kupfer - 9788855441865 - 15,00 € - Stefania S. - Amore senza fine</w:t>
            </w:r>
            <w:r>
              <w:rPr>
                <w:rFonts w:ascii="Calibri" w:hAnsi="Calibri" w:cs="Calibri"/>
                <w:sz w:val="16"/>
                <w:szCs w:val="16"/>
                <w:lang w:val="it-IT"/>
              </w:rPr>
              <w:t xml:space="preserve"> - </w:t>
            </w:r>
            <w:r w:rsidRPr="0045059E">
              <w:rPr>
                <w:rFonts w:ascii="Calibri" w:hAnsi="Calibri" w:cs="Calibri"/>
                <w:sz w:val="16"/>
                <w:szCs w:val="16"/>
              </w:rPr>
              <w:t>Love me love me. Vol. 3</w:t>
            </w: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5C69EA98" wp14:editId="6659B2A4">
                  <wp:extent cx="1440000" cy="160119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8829606535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601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t xml:space="preserve">. </w:t>
            </w:r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t xml:space="preserve">Emme Edizioni - 9788829606535 - 14,90 € - Alice Hemming - Il ladro di fiori. </w:t>
            </w:r>
            <w:r w:rsidRPr="0045059E">
              <w:rPr>
                <w:rFonts w:ascii="Calibri" w:hAnsi="Calibri" w:cs="Calibri"/>
                <w:sz w:val="16"/>
                <w:szCs w:val="16"/>
              </w:rPr>
              <w:t xml:space="preserve">Ediz. a </w:t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</w:rPr>
              <w:t>colori</w:t>
            </w:r>
            <w:proofErr w:type="spellEnd"/>
            <w:r w:rsidRPr="0045059E">
              <w:rPr>
                <w:rFonts w:ascii="Calibri" w:hAnsi="Calibri" w:cs="Calibri"/>
                <w:sz w:val="16"/>
                <w:szCs w:val="16"/>
              </w:rPr>
              <w:br/>
            </w:r>
          </w:p>
        </w:tc>
        <w:tc>
          <w:tcPr>
            <w:tcW w:w="2698" w:type="dxa"/>
          </w:tcPr>
          <w:p w14:paraId="6D772399" w14:textId="0D886EF3" w:rsidR="0045059E" w:rsidRPr="0045059E" w:rsidRDefault="0045059E" w:rsidP="008B791D">
            <w:pPr>
              <w:spacing w:after="60"/>
              <w:rPr>
                <w:rFonts w:ascii="Calibri" w:hAnsi="Calibri" w:cs="Calibri"/>
                <w:sz w:val="16"/>
                <w:szCs w:val="16"/>
              </w:rPr>
            </w:pP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06BFC86F" wp14:editId="0678F929">
                  <wp:extent cx="1440000" cy="223522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8855442251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23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t xml:space="preserve">Sperling &amp; Kupfer - 9788855442251 - 14,00 € - Giorgia Fiorella - Call me </w:t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t>Mic</w:t>
            </w:r>
            <w:proofErr w:type="spellEnd"/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t>hael</w:t>
            </w:r>
            <w:proofErr w:type="spellEnd"/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t xml:space="preserve">. </w:t>
            </w:r>
            <w:r w:rsidRPr="0045059E">
              <w:rPr>
                <w:rFonts w:ascii="Calibri" w:hAnsi="Calibri" w:cs="Calibri"/>
                <w:sz w:val="16"/>
                <w:szCs w:val="16"/>
              </w:rPr>
              <w:t>A ferro e fuoco</w:t>
            </w: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t xml:space="preserve"> </w:t>
            </w: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27BA25BF" wp14:editId="2B46E548">
                  <wp:extent cx="1440000" cy="2212759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881719844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212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br/>
            </w:r>
            <w:r w:rsidRPr="0045059E">
              <w:rPr>
                <w:rFonts w:ascii="Calibri" w:hAnsi="Calibri" w:cs="Calibri"/>
                <w:sz w:val="16"/>
                <w:szCs w:val="16"/>
              </w:rPr>
              <w:t xml:space="preserve">Rizzoli - 9788817198448 - 17,00 € - Stefania Andreoli - </w:t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</w:rPr>
              <w:t>Un'ottima</w:t>
            </w:r>
            <w:proofErr w:type="spellEnd"/>
            <w:r w:rsidRPr="0045059E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</w:rPr>
              <w:t>famiglia</w:t>
            </w:r>
            <w:proofErr w:type="spellEnd"/>
          </w:p>
        </w:tc>
      </w:tr>
      <w:tr w:rsidR="0045059E" w:rsidRPr="0045059E" w14:paraId="091DBF01" w14:textId="77777777" w:rsidTr="00E7020C">
        <w:tc>
          <w:tcPr>
            <w:tcW w:w="2698" w:type="dxa"/>
          </w:tcPr>
          <w:p w14:paraId="5126606C" w14:textId="45FD48A4" w:rsidR="0045059E" w:rsidRPr="0045059E" w:rsidRDefault="0045059E" w:rsidP="008B791D">
            <w:pPr>
              <w:spacing w:after="60"/>
              <w:rPr>
                <w:rFonts w:ascii="Calibri" w:hAnsi="Calibri" w:cs="Calibri"/>
                <w:sz w:val="16"/>
                <w:szCs w:val="16"/>
              </w:rPr>
            </w:pP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69FB3B29" wp14:editId="6619869C">
                  <wp:extent cx="1440000" cy="221910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8806245702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219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t>Einaudi - 9788806245702 - 12,00 € - Genki Kawamura - Se i gatti scomparissero dal mondo</w:t>
            </w:r>
            <w:r w:rsidRPr="0045059E">
              <w:rPr>
                <w:rFonts w:ascii="Calibri" w:hAnsi="Calibri" w:cs="Calibri"/>
                <w:sz w:val="16"/>
                <w:szCs w:val="16"/>
                <w:lang w:val="it-IT"/>
              </w:rPr>
              <w:br/>
            </w: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br/>
            </w:r>
          </w:p>
        </w:tc>
        <w:tc>
          <w:tcPr>
            <w:tcW w:w="2698" w:type="dxa"/>
          </w:tcPr>
          <w:p w14:paraId="484DFA15" w14:textId="77777777" w:rsidR="0045059E" w:rsidRPr="0045059E" w:rsidRDefault="0045059E" w:rsidP="008B791D">
            <w:pPr>
              <w:spacing w:after="60"/>
              <w:rPr>
                <w:rFonts w:ascii="Calibri" w:hAnsi="Calibri" w:cs="Calibri"/>
                <w:sz w:val="16"/>
                <w:szCs w:val="16"/>
              </w:rPr>
            </w:pP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3B5343AA" wp14:editId="0457B790">
                  <wp:extent cx="1440000" cy="221373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8806273132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21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59E">
              <w:rPr>
                <w:rFonts w:ascii="Calibri" w:hAnsi="Calibri" w:cs="Calibri"/>
                <w:sz w:val="16"/>
                <w:szCs w:val="16"/>
              </w:rPr>
              <w:t>Einaudi - 9788806273132 - 14,50 € - Russell Banks - Tormenta</w:t>
            </w:r>
          </w:p>
        </w:tc>
        <w:tc>
          <w:tcPr>
            <w:tcW w:w="2698" w:type="dxa"/>
          </w:tcPr>
          <w:p w14:paraId="727FD237" w14:textId="44420163" w:rsidR="0045059E" w:rsidRPr="0045059E" w:rsidRDefault="0045059E" w:rsidP="008B791D">
            <w:pPr>
              <w:spacing w:after="60"/>
              <w:rPr>
                <w:rFonts w:ascii="Calibri" w:hAnsi="Calibri" w:cs="Calibri"/>
                <w:sz w:val="16"/>
                <w:szCs w:val="16"/>
              </w:rPr>
            </w:pPr>
            <w:r w:rsidRPr="0045059E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238D8636" wp14:editId="07627F04">
                  <wp:extent cx="1440000" cy="2208358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8804812845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20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7020C" w:rsidRPr="0045059E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E7020C" w:rsidRPr="0045059E">
              <w:rPr>
                <w:rFonts w:ascii="Calibri" w:hAnsi="Calibri" w:cs="Calibri"/>
                <w:sz w:val="16"/>
                <w:szCs w:val="16"/>
              </w:rPr>
              <w:t>Mondadori - 9788804812845 - 16,00 € - Andy Weir - Project Hail Mary</w:t>
            </w:r>
            <w:r w:rsidR="00E7020C" w:rsidRPr="0045059E">
              <w:rPr>
                <w:rFonts w:ascii="Calibri" w:hAnsi="Calibri" w:cs="Calibri"/>
                <w:sz w:val="16"/>
                <w:szCs w:val="16"/>
              </w:rPr>
              <w:br/>
            </w:r>
          </w:p>
        </w:tc>
        <w:tc>
          <w:tcPr>
            <w:tcW w:w="2698" w:type="dxa"/>
          </w:tcPr>
          <w:p w14:paraId="2CB078F9" w14:textId="77777777" w:rsidR="0045059E" w:rsidRPr="0045059E" w:rsidRDefault="0045059E" w:rsidP="008B791D">
            <w:pPr>
              <w:spacing w:after="60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38FBF81F" w14:textId="216EE026" w:rsidR="00C03077" w:rsidRPr="0045059E" w:rsidRDefault="00C03077" w:rsidP="0045059E">
      <w:pPr>
        <w:spacing w:after="60"/>
        <w:rPr>
          <w:rFonts w:ascii="Calibri" w:hAnsi="Calibri" w:cs="Calibri"/>
          <w:sz w:val="16"/>
          <w:szCs w:val="16"/>
        </w:rPr>
      </w:pPr>
    </w:p>
    <w:sectPr w:rsidR="00C03077" w:rsidRPr="0045059E" w:rsidSect="00034616">
      <w:pgSz w:w="12240" w:h="15840"/>
      <w:pgMar w:top="737" w:right="794" w:bottom="680" w:left="79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61394481">
    <w:abstractNumId w:val="8"/>
  </w:num>
  <w:num w:numId="2" w16cid:durableId="486940191">
    <w:abstractNumId w:val="6"/>
  </w:num>
  <w:num w:numId="3" w16cid:durableId="1406565584">
    <w:abstractNumId w:val="5"/>
  </w:num>
  <w:num w:numId="4" w16cid:durableId="569076212">
    <w:abstractNumId w:val="4"/>
  </w:num>
  <w:num w:numId="5" w16cid:durableId="1719089059">
    <w:abstractNumId w:val="7"/>
  </w:num>
  <w:num w:numId="6" w16cid:durableId="1186602151">
    <w:abstractNumId w:val="3"/>
  </w:num>
  <w:num w:numId="7" w16cid:durableId="103234981">
    <w:abstractNumId w:val="2"/>
  </w:num>
  <w:num w:numId="8" w16cid:durableId="2124155027">
    <w:abstractNumId w:val="1"/>
  </w:num>
  <w:num w:numId="9" w16cid:durableId="1253784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43DDC"/>
    <w:rsid w:val="0015074B"/>
    <w:rsid w:val="002360F8"/>
    <w:rsid w:val="0029639D"/>
    <w:rsid w:val="002A6CD0"/>
    <w:rsid w:val="0030623A"/>
    <w:rsid w:val="00326F90"/>
    <w:rsid w:val="0045059E"/>
    <w:rsid w:val="004C3660"/>
    <w:rsid w:val="004D0CCC"/>
    <w:rsid w:val="00650AB6"/>
    <w:rsid w:val="00AA1D8D"/>
    <w:rsid w:val="00AC583C"/>
    <w:rsid w:val="00B47730"/>
    <w:rsid w:val="00C03077"/>
    <w:rsid w:val="00CB0664"/>
    <w:rsid w:val="00CE57AA"/>
    <w:rsid w:val="00E7020C"/>
    <w:rsid w:val="00E709C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BC035E"/>
  <w14:defaultImageDpi w14:val="300"/>
  <w15:docId w15:val="{105C2C6E-60A4-3246-89B1-7A8ABBB06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93F"/>
    <w:rPr>
      <w:rFonts w:ascii="Arial" w:hAnsi="Arial"/>
      <w:sz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eWeb">
    <w:name w:val="Normal (Web)"/>
    <w:basedOn w:val="Normale"/>
    <w:uiPriority w:val="99"/>
    <w:unhideWhenUsed/>
    <w:rsid w:val="00AC5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320</Words>
  <Characters>1827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2143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Michele Cito</cp:lastModifiedBy>
  <cp:revision>2</cp:revision>
  <dcterms:created xsi:type="dcterms:W3CDTF">2026-05-02T22:48:00Z</dcterms:created>
  <dcterms:modified xsi:type="dcterms:W3CDTF">2026-05-02T22:48:00Z</dcterms:modified>
  <cp:category/>
</cp:coreProperties>
</file>